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5472"/>
      </w:tblGrid>
      <w:tr w:rsidR="009E74CC" w14:paraId="2F107E89" w14:textId="77777777">
        <w:trPr>
          <w:jc w:val="center"/>
        </w:trPr>
        <w:tc>
          <w:tcPr>
            <w:tcW w:w="5472" w:type="dxa"/>
          </w:tcPr>
          <w:p w14:paraId="5A6DF58C" w14:textId="77777777" w:rsidR="009E74CC" w:rsidRDefault="009D3EE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D9065C8" wp14:editId="179D66A7">
                  <wp:extent cx="868680" cy="75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_Logo_blu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75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  <w:vAlign w:val="center"/>
          </w:tcPr>
          <w:p w14:paraId="4771E402" w14:textId="77777777" w:rsidR="009E74CC" w:rsidRDefault="009D3EEB">
            <w:pPr>
              <w:spacing w:after="0"/>
              <w:jc w:val="center"/>
            </w:pPr>
            <w:r>
              <w:rPr>
                <w:rFonts w:ascii="Aptos" w:hAnsi="Aptos"/>
                <w:b/>
                <w:sz w:val="32"/>
              </w:rPr>
              <w:t>BUDGET CORRECTION FORM</w:t>
            </w:r>
          </w:p>
          <w:p w14:paraId="77450CFF" w14:textId="77777777" w:rsidR="009E74CC" w:rsidRDefault="009D3EEB">
            <w:pPr>
              <w:spacing w:after="0"/>
              <w:jc w:val="center"/>
            </w:pPr>
            <w:r>
              <w:rPr>
                <w:b/>
                <w:color w:val="17365D"/>
                <w:sz w:val="20"/>
              </w:rPr>
              <w:t>University Accounting</w:t>
            </w:r>
          </w:p>
        </w:tc>
      </w:tr>
    </w:tbl>
    <w:p w14:paraId="26D316D4" w14:textId="4CCBFF5B" w:rsidR="009E74CC" w:rsidRDefault="009D3EEB">
      <w:pPr>
        <w:spacing w:after="40"/>
        <w:jc w:val="center"/>
      </w:pPr>
      <w:r>
        <w:rPr>
          <w:sz w:val="16"/>
        </w:rPr>
        <w:t xml:space="preserve">Use this form to request a correction to an existing budget posting.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2733"/>
        <w:gridCol w:w="2734"/>
        <w:gridCol w:w="2733"/>
      </w:tblGrid>
      <w:tr w:rsidR="009E74CC" w14:paraId="0E7BA563" w14:textId="77777777">
        <w:trPr>
          <w:trHeight w:val="403"/>
        </w:trPr>
        <w:tc>
          <w:tcPr>
            <w:tcW w:w="2736" w:type="dxa"/>
            <w:shd w:val="clear" w:color="auto" w:fill="D9EAF7"/>
            <w:vAlign w:val="center"/>
          </w:tcPr>
          <w:p w14:paraId="0B1F7A51" w14:textId="77777777" w:rsidR="009E74CC" w:rsidRDefault="009D3EEB">
            <w:r>
              <w:rPr>
                <w:rFonts w:ascii="Aptos" w:hAnsi="Aptos"/>
                <w:b/>
                <w:sz w:val="16"/>
              </w:rPr>
              <w:t>Request Date:</w:t>
            </w:r>
          </w:p>
        </w:tc>
        <w:tc>
          <w:tcPr>
            <w:tcW w:w="2736" w:type="dxa"/>
            <w:vAlign w:val="center"/>
          </w:tcPr>
          <w:p w14:paraId="51A42AD9" w14:textId="77777777" w:rsidR="009E74CC" w:rsidRDefault="009E74CC"/>
        </w:tc>
        <w:tc>
          <w:tcPr>
            <w:tcW w:w="2736" w:type="dxa"/>
            <w:shd w:val="clear" w:color="auto" w:fill="D9EAF7"/>
            <w:vAlign w:val="center"/>
          </w:tcPr>
          <w:p w14:paraId="220CB43B" w14:textId="77777777" w:rsidR="009E74CC" w:rsidRDefault="009D3EEB">
            <w:r>
              <w:rPr>
                <w:rFonts w:ascii="Aptos" w:hAnsi="Aptos"/>
                <w:b/>
                <w:sz w:val="16"/>
              </w:rPr>
              <w:t>Fiscal Year:</w:t>
            </w:r>
          </w:p>
        </w:tc>
        <w:tc>
          <w:tcPr>
            <w:tcW w:w="2736" w:type="dxa"/>
            <w:vAlign w:val="center"/>
          </w:tcPr>
          <w:p w14:paraId="5C6AF667" w14:textId="77777777" w:rsidR="009E74CC" w:rsidRDefault="009E74CC"/>
        </w:tc>
      </w:tr>
      <w:tr w:rsidR="009E74CC" w14:paraId="7389BC71" w14:textId="77777777">
        <w:trPr>
          <w:trHeight w:val="403"/>
        </w:trPr>
        <w:tc>
          <w:tcPr>
            <w:tcW w:w="2736" w:type="dxa"/>
            <w:shd w:val="clear" w:color="auto" w:fill="D9EAF7"/>
            <w:vAlign w:val="center"/>
          </w:tcPr>
          <w:p w14:paraId="388483E2" w14:textId="77777777" w:rsidR="009E74CC" w:rsidRDefault="009D3EEB">
            <w:r>
              <w:rPr>
                <w:rFonts w:ascii="Aptos" w:hAnsi="Aptos"/>
                <w:b/>
                <w:sz w:val="16"/>
              </w:rPr>
              <w:t>Requesting Department:</w:t>
            </w:r>
          </w:p>
        </w:tc>
        <w:tc>
          <w:tcPr>
            <w:tcW w:w="2736" w:type="dxa"/>
            <w:vAlign w:val="center"/>
          </w:tcPr>
          <w:p w14:paraId="4EC4426D" w14:textId="77777777" w:rsidR="009E74CC" w:rsidRDefault="009E74CC"/>
        </w:tc>
        <w:tc>
          <w:tcPr>
            <w:tcW w:w="2736" w:type="dxa"/>
            <w:shd w:val="clear" w:color="auto" w:fill="D9EAF7"/>
            <w:vAlign w:val="center"/>
          </w:tcPr>
          <w:p w14:paraId="5A353AD2" w14:textId="77777777" w:rsidR="009E74CC" w:rsidRDefault="009D3EEB">
            <w:r>
              <w:rPr>
                <w:rFonts w:ascii="Aptos" w:hAnsi="Aptos"/>
                <w:b/>
                <w:sz w:val="16"/>
              </w:rPr>
              <w:t>Prepared By:</w:t>
            </w:r>
          </w:p>
        </w:tc>
        <w:tc>
          <w:tcPr>
            <w:tcW w:w="2736" w:type="dxa"/>
            <w:vAlign w:val="center"/>
          </w:tcPr>
          <w:p w14:paraId="471E615B" w14:textId="77777777" w:rsidR="009E74CC" w:rsidRDefault="009E74CC"/>
        </w:tc>
      </w:tr>
      <w:tr w:rsidR="009E74CC" w14:paraId="564AD9C1" w14:textId="77777777">
        <w:trPr>
          <w:trHeight w:val="403"/>
        </w:trPr>
        <w:tc>
          <w:tcPr>
            <w:tcW w:w="2736" w:type="dxa"/>
            <w:shd w:val="clear" w:color="auto" w:fill="D9EAF7"/>
            <w:vAlign w:val="center"/>
          </w:tcPr>
          <w:p w14:paraId="060F39D5" w14:textId="77777777" w:rsidR="009E74CC" w:rsidRDefault="009D3EEB">
            <w:r>
              <w:rPr>
                <w:rFonts w:ascii="Aptos" w:hAnsi="Aptos"/>
                <w:b/>
                <w:sz w:val="16"/>
              </w:rPr>
              <w:t>Phone/Extension:</w:t>
            </w:r>
          </w:p>
        </w:tc>
        <w:tc>
          <w:tcPr>
            <w:tcW w:w="2736" w:type="dxa"/>
            <w:vAlign w:val="center"/>
          </w:tcPr>
          <w:p w14:paraId="112A60BF" w14:textId="77777777" w:rsidR="009E74CC" w:rsidRDefault="009E74CC"/>
        </w:tc>
        <w:tc>
          <w:tcPr>
            <w:tcW w:w="2736" w:type="dxa"/>
            <w:shd w:val="clear" w:color="auto" w:fill="D9EAF7"/>
            <w:vAlign w:val="center"/>
          </w:tcPr>
          <w:p w14:paraId="21CE33FD" w14:textId="77777777" w:rsidR="009E74CC" w:rsidRDefault="009D3EEB">
            <w:r>
              <w:rPr>
                <w:rFonts w:ascii="Aptos" w:hAnsi="Aptos"/>
                <w:b/>
                <w:sz w:val="16"/>
              </w:rPr>
              <w:t>Effective Date:</w:t>
            </w:r>
          </w:p>
        </w:tc>
        <w:tc>
          <w:tcPr>
            <w:tcW w:w="2736" w:type="dxa"/>
            <w:vAlign w:val="center"/>
          </w:tcPr>
          <w:p w14:paraId="7EAD3803" w14:textId="77777777" w:rsidR="009E74CC" w:rsidRDefault="009E74CC"/>
        </w:tc>
      </w:tr>
    </w:tbl>
    <w:p w14:paraId="2BCC7A58" w14:textId="77777777" w:rsidR="000A2BEC" w:rsidRDefault="000A2BEC">
      <w:pPr>
        <w:spacing w:after="40"/>
        <w:rPr>
          <w:b/>
          <w:color w:val="17365D"/>
          <w:sz w:val="20"/>
        </w:rPr>
      </w:pPr>
    </w:p>
    <w:p w14:paraId="109094F6" w14:textId="26B5E986" w:rsidR="009E74CC" w:rsidRDefault="009D3EEB">
      <w:pPr>
        <w:spacing w:after="40"/>
      </w:pPr>
      <w:r>
        <w:rPr>
          <w:b/>
          <w:color w:val="17365D"/>
          <w:sz w:val="20"/>
        </w:rPr>
        <w:t>CORRECTION REQUEST</w:t>
      </w:r>
    </w:p>
    <w:p w14:paraId="15AF5EA9" w14:textId="77777777" w:rsidR="009E74CC" w:rsidRDefault="009D3EEB">
      <w:pPr>
        <w:spacing w:after="40"/>
      </w:pPr>
      <w:r>
        <w:rPr>
          <w:sz w:val="16"/>
        </w:rPr>
        <w:t>Identify the budget line(s) that were posted incorrectly and show the corrected budget coding and/or amount below.</w:t>
      </w:r>
    </w:p>
    <w:p w14:paraId="72F47192" w14:textId="77777777" w:rsidR="000A2BEC" w:rsidRDefault="000A2BEC">
      <w:pPr>
        <w:spacing w:after="20"/>
        <w:rPr>
          <w:b/>
          <w:color w:val="17365D"/>
          <w:sz w:val="18"/>
        </w:rPr>
      </w:pPr>
    </w:p>
    <w:p w14:paraId="03CF4334" w14:textId="3066CDDD" w:rsidR="009E74CC" w:rsidRDefault="009D3EEB">
      <w:pPr>
        <w:spacing w:after="20"/>
      </w:pPr>
      <w:r>
        <w:rPr>
          <w:b/>
          <w:color w:val="17365D"/>
          <w:sz w:val="18"/>
        </w:rPr>
        <w:t>CURRENT / INCORRECT BUDGET POSTING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3"/>
        <w:gridCol w:w="1822"/>
        <w:gridCol w:w="1822"/>
        <w:gridCol w:w="1822"/>
        <w:gridCol w:w="1822"/>
        <w:gridCol w:w="1823"/>
      </w:tblGrid>
      <w:tr w:rsidR="009E74CC" w14:paraId="261F9844" w14:textId="77777777">
        <w:tc>
          <w:tcPr>
            <w:tcW w:w="1824" w:type="dxa"/>
            <w:shd w:val="clear" w:color="auto" w:fill="D9EAF7"/>
            <w:vAlign w:val="center"/>
          </w:tcPr>
          <w:p w14:paraId="4151D225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Fund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7AF7AE61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Org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0AE9B062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Account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42205DDE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Program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6EBDE550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Amount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06131BD6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Banner Document #</w:t>
            </w:r>
          </w:p>
        </w:tc>
      </w:tr>
      <w:tr w:rsidR="009E74CC" w14:paraId="229317D9" w14:textId="77777777">
        <w:trPr>
          <w:trHeight w:val="490"/>
        </w:trPr>
        <w:tc>
          <w:tcPr>
            <w:tcW w:w="1824" w:type="dxa"/>
            <w:vAlign w:val="center"/>
          </w:tcPr>
          <w:p w14:paraId="25213309" w14:textId="77777777" w:rsidR="009E74CC" w:rsidRDefault="009E74CC"/>
        </w:tc>
        <w:tc>
          <w:tcPr>
            <w:tcW w:w="1824" w:type="dxa"/>
            <w:vAlign w:val="center"/>
          </w:tcPr>
          <w:p w14:paraId="05AF9AF1" w14:textId="77777777" w:rsidR="009E74CC" w:rsidRDefault="009E74CC"/>
        </w:tc>
        <w:tc>
          <w:tcPr>
            <w:tcW w:w="1824" w:type="dxa"/>
            <w:vAlign w:val="center"/>
          </w:tcPr>
          <w:p w14:paraId="3CD7CBA5" w14:textId="77777777" w:rsidR="009E74CC" w:rsidRDefault="009E74CC"/>
        </w:tc>
        <w:tc>
          <w:tcPr>
            <w:tcW w:w="1824" w:type="dxa"/>
            <w:vAlign w:val="center"/>
          </w:tcPr>
          <w:p w14:paraId="3DAC4658" w14:textId="77777777" w:rsidR="009E74CC" w:rsidRDefault="009E74CC"/>
        </w:tc>
        <w:tc>
          <w:tcPr>
            <w:tcW w:w="1824" w:type="dxa"/>
            <w:vAlign w:val="center"/>
          </w:tcPr>
          <w:p w14:paraId="151369CD" w14:textId="77777777" w:rsidR="009E74CC" w:rsidRDefault="009E74CC"/>
        </w:tc>
        <w:tc>
          <w:tcPr>
            <w:tcW w:w="1824" w:type="dxa"/>
            <w:vAlign w:val="center"/>
          </w:tcPr>
          <w:p w14:paraId="24CE8A0F" w14:textId="77777777" w:rsidR="009E74CC" w:rsidRDefault="009E74CC"/>
        </w:tc>
      </w:tr>
      <w:tr w:rsidR="009E74CC" w14:paraId="469A64C0" w14:textId="77777777">
        <w:trPr>
          <w:trHeight w:val="490"/>
        </w:trPr>
        <w:tc>
          <w:tcPr>
            <w:tcW w:w="1824" w:type="dxa"/>
            <w:vAlign w:val="center"/>
          </w:tcPr>
          <w:p w14:paraId="0006B4BB" w14:textId="77777777" w:rsidR="009E74CC" w:rsidRDefault="009E74CC"/>
        </w:tc>
        <w:tc>
          <w:tcPr>
            <w:tcW w:w="1824" w:type="dxa"/>
            <w:vAlign w:val="center"/>
          </w:tcPr>
          <w:p w14:paraId="1C5015B2" w14:textId="77777777" w:rsidR="009E74CC" w:rsidRDefault="009E74CC"/>
        </w:tc>
        <w:tc>
          <w:tcPr>
            <w:tcW w:w="1824" w:type="dxa"/>
            <w:vAlign w:val="center"/>
          </w:tcPr>
          <w:p w14:paraId="475D0423" w14:textId="77777777" w:rsidR="009E74CC" w:rsidRDefault="009E74CC"/>
        </w:tc>
        <w:tc>
          <w:tcPr>
            <w:tcW w:w="1824" w:type="dxa"/>
            <w:vAlign w:val="center"/>
          </w:tcPr>
          <w:p w14:paraId="56749C36" w14:textId="77777777" w:rsidR="009E74CC" w:rsidRDefault="009E74CC"/>
        </w:tc>
        <w:tc>
          <w:tcPr>
            <w:tcW w:w="1824" w:type="dxa"/>
            <w:vAlign w:val="center"/>
          </w:tcPr>
          <w:p w14:paraId="5299BA3A" w14:textId="77777777" w:rsidR="009E74CC" w:rsidRDefault="009E74CC"/>
        </w:tc>
        <w:tc>
          <w:tcPr>
            <w:tcW w:w="1824" w:type="dxa"/>
            <w:vAlign w:val="center"/>
          </w:tcPr>
          <w:p w14:paraId="6E8A3183" w14:textId="77777777" w:rsidR="009E74CC" w:rsidRDefault="009E74CC"/>
        </w:tc>
      </w:tr>
      <w:tr w:rsidR="009E74CC" w14:paraId="662C2584" w14:textId="77777777">
        <w:trPr>
          <w:trHeight w:val="490"/>
        </w:trPr>
        <w:tc>
          <w:tcPr>
            <w:tcW w:w="1824" w:type="dxa"/>
            <w:vAlign w:val="center"/>
          </w:tcPr>
          <w:p w14:paraId="2C1804D3" w14:textId="77777777" w:rsidR="009E74CC" w:rsidRDefault="009E74CC"/>
        </w:tc>
        <w:tc>
          <w:tcPr>
            <w:tcW w:w="1824" w:type="dxa"/>
            <w:vAlign w:val="center"/>
          </w:tcPr>
          <w:p w14:paraId="307DDBC9" w14:textId="77777777" w:rsidR="009E74CC" w:rsidRDefault="009E74CC"/>
        </w:tc>
        <w:tc>
          <w:tcPr>
            <w:tcW w:w="1824" w:type="dxa"/>
            <w:vAlign w:val="center"/>
          </w:tcPr>
          <w:p w14:paraId="67656C48" w14:textId="77777777" w:rsidR="009E74CC" w:rsidRDefault="009E74CC"/>
        </w:tc>
        <w:tc>
          <w:tcPr>
            <w:tcW w:w="1824" w:type="dxa"/>
            <w:vAlign w:val="center"/>
          </w:tcPr>
          <w:p w14:paraId="38F80430" w14:textId="77777777" w:rsidR="009E74CC" w:rsidRDefault="009E74CC"/>
        </w:tc>
        <w:tc>
          <w:tcPr>
            <w:tcW w:w="1824" w:type="dxa"/>
            <w:vAlign w:val="center"/>
          </w:tcPr>
          <w:p w14:paraId="1DC56CD9" w14:textId="77777777" w:rsidR="009E74CC" w:rsidRDefault="009E74CC"/>
        </w:tc>
        <w:tc>
          <w:tcPr>
            <w:tcW w:w="1824" w:type="dxa"/>
            <w:vAlign w:val="center"/>
          </w:tcPr>
          <w:p w14:paraId="39ED7848" w14:textId="77777777" w:rsidR="009E74CC" w:rsidRDefault="009E74CC"/>
        </w:tc>
      </w:tr>
      <w:tr w:rsidR="009E74CC" w14:paraId="307F6F28" w14:textId="77777777">
        <w:trPr>
          <w:trHeight w:val="490"/>
        </w:trPr>
        <w:tc>
          <w:tcPr>
            <w:tcW w:w="1824" w:type="dxa"/>
            <w:vAlign w:val="center"/>
          </w:tcPr>
          <w:p w14:paraId="46A81E1B" w14:textId="77777777" w:rsidR="009E74CC" w:rsidRDefault="009E74CC"/>
        </w:tc>
        <w:tc>
          <w:tcPr>
            <w:tcW w:w="1824" w:type="dxa"/>
            <w:vAlign w:val="center"/>
          </w:tcPr>
          <w:p w14:paraId="3A97D3E4" w14:textId="77777777" w:rsidR="009E74CC" w:rsidRDefault="009E74CC"/>
        </w:tc>
        <w:tc>
          <w:tcPr>
            <w:tcW w:w="1824" w:type="dxa"/>
            <w:vAlign w:val="center"/>
          </w:tcPr>
          <w:p w14:paraId="6DA8A2C0" w14:textId="77777777" w:rsidR="009E74CC" w:rsidRDefault="009E74CC"/>
        </w:tc>
        <w:tc>
          <w:tcPr>
            <w:tcW w:w="1824" w:type="dxa"/>
            <w:vAlign w:val="center"/>
          </w:tcPr>
          <w:p w14:paraId="7978802E" w14:textId="77777777" w:rsidR="009E74CC" w:rsidRDefault="009E74CC"/>
        </w:tc>
        <w:tc>
          <w:tcPr>
            <w:tcW w:w="1824" w:type="dxa"/>
            <w:vAlign w:val="center"/>
          </w:tcPr>
          <w:p w14:paraId="1EDA5C39" w14:textId="77777777" w:rsidR="009E74CC" w:rsidRDefault="009E74CC"/>
        </w:tc>
        <w:tc>
          <w:tcPr>
            <w:tcW w:w="1824" w:type="dxa"/>
            <w:vAlign w:val="center"/>
          </w:tcPr>
          <w:p w14:paraId="3A10C5C2" w14:textId="77777777" w:rsidR="009E74CC" w:rsidRDefault="009E74CC"/>
        </w:tc>
      </w:tr>
    </w:tbl>
    <w:p w14:paraId="4DDCF318" w14:textId="77777777" w:rsidR="000A2BEC" w:rsidRDefault="000A2BEC">
      <w:pPr>
        <w:spacing w:after="20"/>
        <w:rPr>
          <w:b/>
          <w:color w:val="17365D"/>
          <w:sz w:val="18"/>
        </w:rPr>
      </w:pPr>
    </w:p>
    <w:p w14:paraId="23D8168B" w14:textId="3E57EAF1" w:rsidR="009E74CC" w:rsidRDefault="009D3EEB">
      <w:pPr>
        <w:spacing w:after="20"/>
      </w:pPr>
      <w:r>
        <w:rPr>
          <w:b/>
          <w:color w:val="17365D"/>
          <w:sz w:val="18"/>
        </w:rPr>
        <w:t xml:space="preserve">CORRECTED BUDGET </w:t>
      </w:r>
      <w:r>
        <w:rPr>
          <w:b/>
          <w:color w:val="17365D"/>
          <w:sz w:val="18"/>
        </w:rPr>
        <w:t>POSTING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3"/>
        <w:gridCol w:w="1822"/>
        <w:gridCol w:w="1822"/>
        <w:gridCol w:w="1822"/>
        <w:gridCol w:w="1822"/>
        <w:gridCol w:w="1823"/>
      </w:tblGrid>
      <w:tr w:rsidR="009E74CC" w14:paraId="63884493" w14:textId="77777777">
        <w:tc>
          <w:tcPr>
            <w:tcW w:w="1824" w:type="dxa"/>
            <w:shd w:val="clear" w:color="auto" w:fill="D9EAF7"/>
            <w:vAlign w:val="center"/>
          </w:tcPr>
          <w:p w14:paraId="33E59123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Fund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08FDBFDD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Org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09B63417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Account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2DF90FAD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Program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46DB37F7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Amount</w:t>
            </w:r>
          </w:p>
        </w:tc>
        <w:tc>
          <w:tcPr>
            <w:tcW w:w="1824" w:type="dxa"/>
            <w:shd w:val="clear" w:color="auto" w:fill="D9EAF7"/>
            <w:vAlign w:val="center"/>
          </w:tcPr>
          <w:p w14:paraId="62FEC995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Banner Document #</w:t>
            </w:r>
          </w:p>
        </w:tc>
      </w:tr>
      <w:tr w:rsidR="009E74CC" w14:paraId="273AA0AE" w14:textId="77777777">
        <w:trPr>
          <w:trHeight w:val="490"/>
        </w:trPr>
        <w:tc>
          <w:tcPr>
            <w:tcW w:w="1824" w:type="dxa"/>
            <w:vAlign w:val="center"/>
          </w:tcPr>
          <w:p w14:paraId="7DBBA75F" w14:textId="77777777" w:rsidR="009E74CC" w:rsidRDefault="009E74CC"/>
        </w:tc>
        <w:tc>
          <w:tcPr>
            <w:tcW w:w="1824" w:type="dxa"/>
            <w:vAlign w:val="center"/>
          </w:tcPr>
          <w:p w14:paraId="2310DDE7" w14:textId="77777777" w:rsidR="009E74CC" w:rsidRDefault="009E74CC"/>
        </w:tc>
        <w:tc>
          <w:tcPr>
            <w:tcW w:w="1824" w:type="dxa"/>
            <w:vAlign w:val="center"/>
          </w:tcPr>
          <w:p w14:paraId="591D9A18" w14:textId="77777777" w:rsidR="009E74CC" w:rsidRDefault="009E74CC"/>
        </w:tc>
        <w:tc>
          <w:tcPr>
            <w:tcW w:w="1824" w:type="dxa"/>
            <w:vAlign w:val="center"/>
          </w:tcPr>
          <w:p w14:paraId="5FAD66E1" w14:textId="77777777" w:rsidR="009E74CC" w:rsidRDefault="009E74CC"/>
        </w:tc>
        <w:tc>
          <w:tcPr>
            <w:tcW w:w="1824" w:type="dxa"/>
            <w:vAlign w:val="center"/>
          </w:tcPr>
          <w:p w14:paraId="1A50AF9D" w14:textId="77777777" w:rsidR="009E74CC" w:rsidRDefault="009E74CC"/>
        </w:tc>
        <w:tc>
          <w:tcPr>
            <w:tcW w:w="1824" w:type="dxa"/>
            <w:vAlign w:val="center"/>
          </w:tcPr>
          <w:p w14:paraId="246DE6C4" w14:textId="77777777" w:rsidR="009E74CC" w:rsidRDefault="009E74CC"/>
        </w:tc>
      </w:tr>
      <w:tr w:rsidR="009E74CC" w14:paraId="4C9E5771" w14:textId="77777777">
        <w:trPr>
          <w:trHeight w:val="490"/>
        </w:trPr>
        <w:tc>
          <w:tcPr>
            <w:tcW w:w="1824" w:type="dxa"/>
            <w:vAlign w:val="center"/>
          </w:tcPr>
          <w:p w14:paraId="0F3304E3" w14:textId="77777777" w:rsidR="009E74CC" w:rsidRDefault="009E74CC"/>
        </w:tc>
        <w:tc>
          <w:tcPr>
            <w:tcW w:w="1824" w:type="dxa"/>
            <w:vAlign w:val="center"/>
          </w:tcPr>
          <w:p w14:paraId="334F2B7E" w14:textId="77777777" w:rsidR="009E74CC" w:rsidRDefault="009E74CC"/>
        </w:tc>
        <w:tc>
          <w:tcPr>
            <w:tcW w:w="1824" w:type="dxa"/>
            <w:vAlign w:val="center"/>
          </w:tcPr>
          <w:p w14:paraId="7F444EFF" w14:textId="77777777" w:rsidR="009E74CC" w:rsidRDefault="009E74CC"/>
        </w:tc>
        <w:tc>
          <w:tcPr>
            <w:tcW w:w="1824" w:type="dxa"/>
            <w:vAlign w:val="center"/>
          </w:tcPr>
          <w:p w14:paraId="7A977EC0" w14:textId="77777777" w:rsidR="009E74CC" w:rsidRDefault="009E74CC"/>
        </w:tc>
        <w:tc>
          <w:tcPr>
            <w:tcW w:w="1824" w:type="dxa"/>
            <w:vAlign w:val="center"/>
          </w:tcPr>
          <w:p w14:paraId="20E67E2B" w14:textId="77777777" w:rsidR="009E74CC" w:rsidRDefault="009E74CC"/>
        </w:tc>
        <w:tc>
          <w:tcPr>
            <w:tcW w:w="1824" w:type="dxa"/>
            <w:vAlign w:val="center"/>
          </w:tcPr>
          <w:p w14:paraId="4582F92F" w14:textId="77777777" w:rsidR="009E74CC" w:rsidRDefault="009E74CC"/>
        </w:tc>
      </w:tr>
      <w:tr w:rsidR="009E74CC" w14:paraId="42A77924" w14:textId="77777777">
        <w:trPr>
          <w:trHeight w:val="490"/>
        </w:trPr>
        <w:tc>
          <w:tcPr>
            <w:tcW w:w="1824" w:type="dxa"/>
            <w:vAlign w:val="center"/>
          </w:tcPr>
          <w:p w14:paraId="718D5BF2" w14:textId="77777777" w:rsidR="009E74CC" w:rsidRDefault="009E74CC"/>
        </w:tc>
        <w:tc>
          <w:tcPr>
            <w:tcW w:w="1824" w:type="dxa"/>
            <w:vAlign w:val="center"/>
          </w:tcPr>
          <w:p w14:paraId="570D4135" w14:textId="77777777" w:rsidR="009E74CC" w:rsidRDefault="009E74CC"/>
        </w:tc>
        <w:tc>
          <w:tcPr>
            <w:tcW w:w="1824" w:type="dxa"/>
            <w:vAlign w:val="center"/>
          </w:tcPr>
          <w:p w14:paraId="328B767B" w14:textId="77777777" w:rsidR="009E74CC" w:rsidRDefault="009E74CC"/>
        </w:tc>
        <w:tc>
          <w:tcPr>
            <w:tcW w:w="1824" w:type="dxa"/>
            <w:vAlign w:val="center"/>
          </w:tcPr>
          <w:p w14:paraId="2B4D1990" w14:textId="77777777" w:rsidR="009E74CC" w:rsidRDefault="009E74CC"/>
        </w:tc>
        <w:tc>
          <w:tcPr>
            <w:tcW w:w="1824" w:type="dxa"/>
            <w:vAlign w:val="center"/>
          </w:tcPr>
          <w:p w14:paraId="47DA6ABA" w14:textId="77777777" w:rsidR="009E74CC" w:rsidRDefault="009E74CC"/>
        </w:tc>
        <w:tc>
          <w:tcPr>
            <w:tcW w:w="1824" w:type="dxa"/>
            <w:vAlign w:val="center"/>
          </w:tcPr>
          <w:p w14:paraId="213D2B01" w14:textId="77777777" w:rsidR="009E74CC" w:rsidRDefault="009E74CC"/>
        </w:tc>
      </w:tr>
      <w:tr w:rsidR="009E74CC" w14:paraId="06B623BD" w14:textId="77777777">
        <w:trPr>
          <w:trHeight w:val="490"/>
        </w:trPr>
        <w:tc>
          <w:tcPr>
            <w:tcW w:w="1824" w:type="dxa"/>
            <w:vAlign w:val="center"/>
          </w:tcPr>
          <w:p w14:paraId="2DDF2143" w14:textId="77777777" w:rsidR="009E74CC" w:rsidRDefault="009E74CC"/>
        </w:tc>
        <w:tc>
          <w:tcPr>
            <w:tcW w:w="1824" w:type="dxa"/>
            <w:vAlign w:val="center"/>
          </w:tcPr>
          <w:p w14:paraId="640BD03E" w14:textId="77777777" w:rsidR="009E74CC" w:rsidRDefault="009E74CC"/>
        </w:tc>
        <w:tc>
          <w:tcPr>
            <w:tcW w:w="1824" w:type="dxa"/>
            <w:vAlign w:val="center"/>
          </w:tcPr>
          <w:p w14:paraId="3440D09D" w14:textId="77777777" w:rsidR="009E74CC" w:rsidRDefault="009E74CC"/>
        </w:tc>
        <w:tc>
          <w:tcPr>
            <w:tcW w:w="1824" w:type="dxa"/>
            <w:vAlign w:val="center"/>
          </w:tcPr>
          <w:p w14:paraId="358FD4B4" w14:textId="77777777" w:rsidR="009E74CC" w:rsidRDefault="009E74CC"/>
        </w:tc>
        <w:tc>
          <w:tcPr>
            <w:tcW w:w="1824" w:type="dxa"/>
            <w:vAlign w:val="center"/>
          </w:tcPr>
          <w:p w14:paraId="69DFC3AC" w14:textId="77777777" w:rsidR="009E74CC" w:rsidRDefault="009E74CC"/>
        </w:tc>
        <w:tc>
          <w:tcPr>
            <w:tcW w:w="1824" w:type="dxa"/>
            <w:vAlign w:val="center"/>
          </w:tcPr>
          <w:p w14:paraId="486285DC" w14:textId="77777777" w:rsidR="009E74CC" w:rsidRDefault="009E74CC"/>
        </w:tc>
      </w:tr>
    </w:tbl>
    <w:p w14:paraId="798D5738" w14:textId="77777777" w:rsidR="000A2BEC" w:rsidRDefault="000A2BEC">
      <w:pPr>
        <w:spacing w:after="20"/>
        <w:rPr>
          <w:b/>
          <w:color w:val="17365D"/>
          <w:sz w:val="18"/>
        </w:rPr>
      </w:pPr>
    </w:p>
    <w:p w14:paraId="1485C2D5" w14:textId="09255DD5" w:rsidR="009E74CC" w:rsidRDefault="009D3EEB">
      <w:pPr>
        <w:spacing w:after="20"/>
      </w:pPr>
      <w:r>
        <w:rPr>
          <w:b/>
          <w:color w:val="17365D"/>
          <w:sz w:val="18"/>
        </w:rPr>
        <w:t>REASON FOR CORRECTION / BUSINESS PURPOSE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4"/>
      </w:tblGrid>
      <w:tr w:rsidR="009E74CC" w14:paraId="07E6FC68" w14:textId="77777777">
        <w:trPr>
          <w:trHeight w:val="1296"/>
        </w:trPr>
        <w:tc>
          <w:tcPr>
            <w:tcW w:w="10944" w:type="dxa"/>
            <w:vAlign w:val="bottom"/>
          </w:tcPr>
          <w:p w14:paraId="6A902F8E" w14:textId="77777777" w:rsidR="009E74CC" w:rsidRDefault="009E74CC"/>
          <w:p w14:paraId="387D540C" w14:textId="77777777" w:rsidR="009E74CC" w:rsidRDefault="009E74CC"/>
          <w:p w14:paraId="3B0E14B2" w14:textId="77777777" w:rsidR="009E74CC" w:rsidRDefault="009E74CC"/>
          <w:p w14:paraId="263CBD51" w14:textId="77777777" w:rsidR="009E74CC" w:rsidRDefault="009E74CC"/>
          <w:p w14:paraId="03379F4D" w14:textId="77777777" w:rsidR="009E74CC" w:rsidRDefault="009D3EEB">
            <w:r>
              <w:rPr>
                <w:b/>
                <w:i/>
                <w:sz w:val="18"/>
              </w:rPr>
              <w:t xml:space="preserve">*Attach supporting documentation, including the Banner report or other documentation showing the budget posting to be </w:t>
            </w:r>
            <w:r>
              <w:rPr>
                <w:b/>
                <w:i/>
                <w:sz w:val="18"/>
              </w:rPr>
              <w:t>corrected.*</w:t>
            </w:r>
          </w:p>
        </w:tc>
      </w:tr>
    </w:tbl>
    <w:p w14:paraId="0A4160A5" w14:textId="77777777" w:rsidR="000A2BEC" w:rsidRDefault="000A2BEC">
      <w:pPr>
        <w:spacing w:after="20"/>
        <w:rPr>
          <w:b/>
          <w:color w:val="17365D"/>
          <w:sz w:val="18"/>
        </w:rPr>
      </w:pPr>
      <w:r>
        <w:rPr>
          <w:b/>
          <w:color w:val="17365D"/>
          <w:sz w:val="18"/>
        </w:rPr>
        <w:t xml:space="preserve"> </w:t>
      </w:r>
    </w:p>
    <w:p w14:paraId="436DD46F" w14:textId="448DAD62" w:rsidR="009E74CC" w:rsidRDefault="009D3EEB">
      <w:pPr>
        <w:spacing w:after="20"/>
      </w:pPr>
      <w:r>
        <w:rPr>
          <w:b/>
          <w:color w:val="17365D"/>
          <w:sz w:val="18"/>
        </w:rPr>
        <w:t>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3"/>
        <w:gridCol w:w="2734"/>
        <w:gridCol w:w="2734"/>
        <w:gridCol w:w="2733"/>
      </w:tblGrid>
      <w:tr w:rsidR="009E74CC" w14:paraId="2BEF886C" w14:textId="77777777">
        <w:tc>
          <w:tcPr>
            <w:tcW w:w="2736" w:type="dxa"/>
            <w:shd w:val="clear" w:color="auto" w:fill="D9EAF7"/>
            <w:vAlign w:val="center"/>
          </w:tcPr>
          <w:p w14:paraId="677B8F10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Approval</w:t>
            </w:r>
          </w:p>
        </w:tc>
        <w:tc>
          <w:tcPr>
            <w:tcW w:w="2736" w:type="dxa"/>
            <w:shd w:val="clear" w:color="auto" w:fill="D9EAF7"/>
            <w:vAlign w:val="center"/>
          </w:tcPr>
          <w:p w14:paraId="0A2C472F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Decision</w:t>
            </w:r>
          </w:p>
        </w:tc>
        <w:tc>
          <w:tcPr>
            <w:tcW w:w="2736" w:type="dxa"/>
            <w:shd w:val="clear" w:color="auto" w:fill="D9EAF7"/>
            <w:vAlign w:val="center"/>
          </w:tcPr>
          <w:p w14:paraId="5FB39EE7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Signature</w:t>
            </w:r>
          </w:p>
        </w:tc>
        <w:tc>
          <w:tcPr>
            <w:tcW w:w="2736" w:type="dxa"/>
            <w:shd w:val="clear" w:color="auto" w:fill="D9EAF7"/>
            <w:vAlign w:val="center"/>
          </w:tcPr>
          <w:p w14:paraId="08E3F30A" w14:textId="77777777" w:rsidR="009E74CC" w:rsidRDefault="009D3EEB">
            <w:pPr>
              <w:jc w:val="center"/>
            </w:pPr>
            <w:r>
              <w:rPr>
                <w:rFonts w:ascii="Aptos" w:hAnsi="Aptos"/>
                <w:b/>
                <w:color w:val="17365D"/>
                <w:sz w:val="16"/>
              </w:rPr>
              <w:t>Date</w:t>
            </w:r>
          </w:p>
        </w:tc>
      </w:tr>
      <w:tr w:rsidR="009E74CC" w14:paraId="07107C0F" w14:textId="77777777">
        <w:trPr>
          <w:trHeight w:val="605"/>
        </w:trPr>
        <w:tc>
          <w:tcPr>
            <w:tcW w:w="2736" w:type="dxa"/>
          </w:tcPr>
          <w:p w14:paraId="1F515D25" w14:textId="77777777" w:rsidR="009E74CC" w:rsidRDefault="009D3EEB">
            <w:r>
              <w:rPr>
                <w:rFonts w:ascii="Aptos" w:hAnsi="Aptos"/>
                <w:b/>
                <w:sz w:val="16"/>
              </w:rPr>
              <w:t>Budget Manager / Department Head</w:t>
            </w:r>
          </w:p>
        </w:tc>
        <w:tc>
          <w:tcPr>
            <w:tcW w:w="2736" w:type="dxa"/>
          </w:tcPr>
          <w:p w14:paraId="0F6F19FA" w14:textId="77777777" w:rsidR="009E74CC" w:rsidRDefault="009D3EEB">
            <w:r>
              <w:rPr>
                <w:rFonts w:ascii="Aptos" w:hAnsi="Aptos"/>
                <w:sz w:val="16"/>
              </w:rPr>
              <w:t>☐</w:t>
            </w:r>
            <w:r>
              <w:rPr>
                <w:rFonts w:ascii="Aptos" w:hAnsi="Aptos"/>
                <w:sz w:val="16"/>
              </w:rPr>
              <w:t xml:space="preserve"> Approve   ☐ Disapprove</w:t>
            </w:r>
          </w:p>
        </w:tc>
        <w:tc>
          <w:tcPr>
            <w:tcW w:w="2736" w:type="dxa"/>
          </w:tcPr>
          <w:p w14:paraId="344454E0" w14:textId="77777777" w:rsidR="009E74CC" w:rsidRDefault="009E74CC"/>
        </w:tc>
        <w:tc>
          <w:tcPr>
            <w:tcW w:w="2736" w:type="dxa"/>
          </w:tcPr>
          <w:p w14:paraId="3C78F309" w14:textId="77777777" w:rsidR="009E74CC" w:rsidRDefault="009E74CC"/>
        </w:tc>
      </w:tr>
      <w:tr w:rsidR="009E74CC" w14:paraId="76B45C7E" w14:textId="77777777">
        <w:trPr>
          <w:trHeight w:val="605"/>
        </w:trPr>
        <w:tc>
          <w:tcPr>
            <w:tcW w:w="2736" w:type="dxa"/>
          </w:tcPr>
          <w:p w14:paraId="1E74127C" w14:textId="77777777" w:rsidR="009E74CC" w:rsidRDefault="009D3EEB">
            <w:r>
              <w:rPr>
                <w:rFonts w:ascii="Aptos" w:hAnsi="Aptos"/>
                <w:b/>
                <w:sz w:val="16"/>
              </w:rPr>
              <w:t>University Accounting</w:t>
            </w:r>
          </w:p>
        </w:tc>
        <w:tc>
          <w:tcPr>
            <w:tcW w:w="2736" w:type="dxa"/>
          </w:tcPr>
          <w:p w14:paraId="65F5DA03" w14:textId="77777777" w:rsidR="009E74CC" w:rsidRDefault="009D3EEB">
            <w:r>
              <w:rPr>
                <w:rFonts w:ascii="Aptos" w:hAnsi="Aptos"/>
                <w:sz w:val="16"/>
              </w:rPr>
              <w:t>☐</w:t>
            </w:r>
            <w:r>
              <w:rPr>
                <w:rFonts w:ascii="Aptos" w:hAnsi="Aptos"/>
                <w:sz w:val="16"/>
              </w:rPr>
              <w:t xml:space="preserve"> Approve   ☐ Disapprove</w:t>
            </w:r>
          </w:p>
        </w:tc>
        <w:tc>
          <w:tcPr>
            <w:tcW w:w="2736" w:type="dxa"/>
          </w:tcPr>
          <w:p w14:paraId="23B9A36C" w14:textId="77777777" w:rsidR="009E74CC" w:rsidRDefault="009E74CC"/>
        </w:tc>
        <w:tc>
          <w:tcPr>
            <w:tcW w:w="2736" w:type="dxa"/>
          </w:tcPr>
          <w:p w14:paraId="23BF2327" w14:textId="77777777" w:rsidR="009E74CC" w:rsidRDefault="009E74CC"/>
        </w:tc>
      </w:tr>
    </w:tbl>
    <w:p w14:paraId="004D3900" w14:textId="77777777" w:rsidR="00981363" w:rsidRDefault="00981363"/>
    <w:sectPr w:rsidR="00981363" w:rsidSect="00034616">
      <w:pgSz w:w="12240" w:h="15840"/>
      <w:pgMar w:top="432" w:right="648" w:bottom="43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157335">
    <w:abstractNumId w:val="8"/>
  </w:num>
  <w:num w:numId="2" w16cid:durableId="477571155">
    <w:abstractNumId w:val="6"/>
  </w:num>
  <w:num w:numId="3" w16cid:durableId="728071966">
    <w:abstractNumId w:val="5"/>
  </w:num>
  <w:num w:numId="4" w16cid:durableId="1802729586">
    <w:abstractNumId w:val="4"/>
  </w:num>
  <w:num w:numId="5" w16cid:durableId="398330243">
    <w:abstractNumId w:val="7"/>
  </w:num>
  <w:num w:numId="6" w16cid:durableId="2044749393">
    <w:abstractNumId w:val="3"/>
  </w:num>
  <w:num w:numId="7" w16cid:durableId="1612470082">
    <w:abstractNumId w:val="2"/>
  </w:num>
  <w:num w:numId="8" w16cid:durableId="659819035">
    <w:abstractNumId w:val="1"/>
  </w:num>
  <w:num w:numId="9" w16cid:durableId="69843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BEC"/>
    <w:rsid w:val="0015074B"/>
    <w:rsid w:val="002700CA"/>
    <w:rsid w:val="0027759C"/>
    <w:rsid w:val="0029639D"/>
    <w:rsid w:val="00326F90"/>
    <w:rsid w:val="003656FC"/>
    <w:rsid w:val="00981363"/>
    <w:rsid w:val="009D3EEB"/>
    <w:rsid w:val="009E74CC"/>
    <w:rsid w:val="00A6611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B3D205"/>
  <w14:defaultImageDpi w14:val="300"/>
  <w15:docId w15:val="{2871E3CA-6C18-40BC-B1FB-84E412C0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Correction Form</dc:title>
  <dc:subject/>
  <dc:creator>python-docx</dc:creator>
  <cp:keywords/>
  <dc:description>generated by python-docx</dc:description>
  <cp:lastModifiedBy>Susan Sobley</cp:lastModifiedBy>
  <cp:revision>2</cp:revision>
  <dcterms:created xsi:type="dcterms:W3CDTF">2026-08-11T16:11:00Z</dcterms:created>
  <dcterms:modified xsi:type="dcterms:W3CDTF">2026-08-11T16:11:00Z</dcterms:modified>
  <cp:category/>
</cp:coreProperties>
</file>